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3FC9B6" w14:textId="77777777" w:rsidR="009350B4" w:rsidRPr="00B847EF" w:rsidRDefault="00000000">
      <w:pPr>
        <w:pStyle w:val="ConsentTitle"/>
        <w:jc w:val="center"/>
        <w:rPr>
          <w:lang w:val="ru-RU"/>
        </w:rPr>
      </w:pPr>
      <w:r w:rsidRPr="00B847EF">
        <w:rPr>
          <w:lang w:val="ru-RU"/>
        </w:rPr>
        <w:t>СОГЛАСИЕ УЧАСТНИКА МОТОПРОБЕГА</w:t>
      </w:r>
    </w:p>
    <w:p w14:paraId="742A342A" w14:textId="77777777" w:rsidR="009350B4" w:rsidRPr="00B847EF" w:rsidRDefault="00000000">
      <w:pPr>
        <w:pStyle w:val="ConsentSubtitle"/>
        <w:jc w:val="center"/>
        <w:rPr>
          <w:lang w:val="ru-RU"/>
        </w:rPr>
      </w:pPr>
      <w:r w:rsidRPr="00B847EF">
        <w:rPr>
          <w:lang w:val="ru-RU"/>
        </w:rPr>
        <w:t>об ознакомлении с правилами безопасности, принятии рисков и личной ответственности</w:t>
      </w:r>
    </w:p>
    <w:tbl>
      <w:tblPr>
        <w:tblW w:w="9360" w:type="dxa"/>
        <w:tblInd w:w="120" w:type="dxa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9350B4" w:rsidRPr="00B847EF" w14:paraId="1754D56C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20226D" w14:textId="77777777" w:rsidR="009350B4" w:rsidRDefault="00000000">
            <w:pPr>
              <w:spacing w:after="0" w:line="240" w:lineRule="auto"/>
            </w:pPr>
            <w:proofErr w:type="spellStart"/>
            <w:r>
              <w:rPr>
                <w:b/>
                <w:color w:val="17365D"/>
                <w:sz w:val="19"/>
              </w:rPr>
              <w:t>Мотопробег</w:t>
            </w:r>
            <w:proofErr w:type="spellEnd"/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56A1D" w14:textId="68057374" w:rsidR="009350B4" w:rsidRPr="00B847EF" w:rsidRDefault="00B847EF">
            <w:pPr>
              <w:spacing w:after="0" w:line="240" w:lineRule="auto"/>
              <w:rPr>
                <w:lang w:val="ru-RU"/>
              </w:rPr>
            </w:pPr>
            <w:r>
              <w:rPr>
                <w:sz w:val="19"/>
              </w:rPr>
              <w:t>V</w:t>
            </w:r>
            <w:r>
              <w:rPr>
                <w:sz w:val="19"/>
                <w:lang w:val="ru-RU"/>
              </w:rPr>
              <w:t xml:space="preserve"> Юбилейный урологический мотопробег с международным участием «Научный мост» </w:t>
            </w:r>
          </w:p>
        </w:tc>
      </w:tr>
      <w:tr w:rsidR="009350B4" w14:paraId="5155EAE5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C3F84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Дата и время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6D7609" w14:textId="51B68BC4" w:rsidR="009350B4" w:rsidRPr="00B847EF" w:rsidRDefault="00B847EF">
            <w:pPr>
              <w:spacing w:after="0" w:line="240" w:lineRule="auto"/>
              <w:rPr>
                <w:lang w:val="ru-RU"/>
              </w:rPr>
            </w:pPr>
            <w:proofErr w:type="gramStart"/>
            <w:r>
              <w:rPr>
                <w:sz w:val="19"/>
                <w:lang w:val="ru-RU"/>
              </w:rPr>
              <w:t>1-4</w:t>
            </w:r>
            <w:proofErr w:type="gramEnd"/>
            <w:r>
              <w:rPr>
                <w:sz w:val="19"/>
                <w:lang w:val="ru-RU"/>
              </w:rPr>
              <w:t xml:space="preserve"> июля 2027 года</w:t>
            </w:r>
          </w:p>
        </w:tc>
      </w:tr>
      <w:tr w:rsidR="009350B4" w14:paraId="0245A9BD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132CC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Маршрут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6B39E" w14:textId="07EF59E7" w:rsidR="009350B4" w:rsidRDefault="00B847EF">
            <w:pPr>
              <w:spacing w:after="0" w:line="240" w:lineRule="auto"/>
            </w:pPr>
            <w:proofErr w:type="gramStart"/>
            <w:r>
              <w:rPr>
                <w:sz w:val="19"/>
                <w:lang w:val="ru-RU"/>
              </w:rPr>
              <w:t>Москва-Минск</w:t>
            </w:r>
            <w:proofErr w:type="gramEnd"/>
            <w:r>
              <w:rPr>
                <w:sz w:val="19"/>
                <w:lang w:val="ru-RU"/>
              </w:rPr>
              <w:t>-Москва</w:t>
            </w:r>
          </w:p>
        </w:tc>
      </w:tr>
      <w:tr w:rsidR="009350B4" w:rsidRPr="009F2234" w14:paraId="0B56BC37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8D7C5F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Организатор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E911A4" w14:textId="6865D461" w:rsidR="009350B4" w:rsidRPr="00B847EF" w:rsidRDefault="00B847EF">
            <w:pPr>
              <w:spacing w:after="0" w:line="240" w:lineRule="auto"/>
              <w:rPr>
                <w:lang w:val="ru-RU"/>
              </w:rPr>
            </w:pPr>
            <w:r>
              <w:rPr>
                <w:sz w:val="19"/>
                <w:lang w:val="ru-RU"/>
              </w:rPr>
              <w:t xml:space="preserve">ФМБА России, </w:t>
            </w:r>
            <w:proofErr w:type="spellStart"/>
            <w:r w:rsidR="009F2234">
              <w:rPr>
                <w:sz w:val="19"/>
                <w:lang w:val="ru-RU"/>
              </w:rPr>
              <w:t>Беларусская</w:t>
            </w:r>
            <w:proofErr w:type="spellEnd"/>
            <w:r w:rsidR="009F2234">
              <w:rPr>
                <w:sz w:val="19"/>
                <w:lang w:val="ru-RU"/>
              </w:rPr>
              <w:t xml:space="preserve"> Ассоциация урологов, </w:t>
            </w:r>
            <w:proofErr w:type="spellStart"/>
            <w:r w:rsidR="009F2234">
              <w:rPr>
                <w:sz w:val="19"/>
                <w:lang w:val="ru-RU"/>
              </w:rPr>
              <w:t>Уровеб</w:t>
            </w:r>
            <w:proofErr w:type="spellEnd"/>
            <w:r w:rsidR="009F2234">
              <w:rPr>
                <w:sz w:val="19"/>
                <w:lang w:val="ru-RU"/>
              </w:rPr>
              <w:t xml:space="preserve"> </w:t>
            </w:r>
          </w:p>
        </w:tc>
      </w:tr>
      <w:tr w:rsidR="009350B4" w14:paraId="51242323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F3238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Правила мероприятия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B65693" w14:textId="2B03F2BF" w:rsidR="009350B4" w:rsidRPr="00B847EF" w:rsidRDefault="00B847EF">
            <w:pPr>
              <w:spacing w:after="0" w:line="240" w:lineRule="auto"/>
            </w:pPr>
            <w:hyperlink r:id="rId8" w:history="1">
              <w:r w:rsidRPr="006504F6">
                <w:rPr>
                  <w:rStyle w:val="aff8"/>
                </w:rPr>
                <w:t>https://uroweb.ru/event/yubileyniy-urologicheskiy-motoprobeg-nauchniy-most-2027</w:t>
              </w:r>
            </w:hyperlink>
            <w:r w:rsidRPr="00B847EF">
              <w:t xml:space="preserve"> </w:t>
            </w:r>
          </w:p>
        </w:tc>
      </w:tr>
      <w:tr w:rsidR="009A1448" w:rsidRPr="009F2234" w14:paraId="27846172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1EF616" w14:textId="36777A5F" w:rsidR="009A1448" w:rsidRPr="009F2234" w:rsidRDefault="009F2234">
            <w:pPr>
              <w:spacing w:after="0" w:line="240" w:lineRule="auto"/>
              <w:rPr>
                <w:b/>
                <w:color w:val="17365D"/>
                <w:sz w:val="19"/>
                <w:lang w:val="ru-RU"/>
              </w:rPr>
            </w:pPr>
            <w:r>
              <w:rPr>
                <w:b/>
                <w:color w:val="17365D"/>
                <w:sz w:val="19"/>
                <w:lang w:val="ru-RU"/>
              </w:rPr>
              <w:t>ПОЧТА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D36987" w14:textId="200B5A70" w:rsidR="009A1448" w:rsidRPr="009F2234" w:rsidRDefault="009F2234">
            <w:pPr>
              <w:spacing w:after="0" w:line="240" w:lineRule="auto"/>
              <w:rPr>
                <w:lang w:val="ru-RU"/>
              </w:rPr>
            </w:pPr>
            <w:hyperlink r:id="rId9" w:history="1">
              <w:r w:rsidRPr="006504F6">
                <w:rPr>
                  <w:rStyle w:val="aff8"/>
                </w:rPr>
                <w:t>viktoriashade</w:t>
              </w:r>
              <w:r w:rsidRPr="009F2234">
                <w:rPr>
                  <w:rStyle w:val="aff8"/>
                  <w:lang w:val="ru-RU"/>
                </w:rPr>
                <w:t>@</w:t>
              </w:r>
              <w:r w:rsidRPr="006504F6">
                <w:rPr>
                  <w:rStyle w:val="aff8"/>
                </w:rPr>
                <w:t>uroweb</w:t>
              </w:r>
              <w:r w:rsidRPr="009F2234">
                <w:rPr>
                  <w:rStyle w:val="aff8"/>
                  <w:lang w:val="ru-RU"/>
                </w:rPr>
                <w:t>.</w:t>
              </w:r>
              <w:proofErr w:type="spellStart"/>
              <w:r w:rsidRPr="006504F6">
                <w:rPr>
                  <w:rStyle w:val="aff8"/>
                </w:rPr>
                <w:t>ru</w:t>
              </w:r>
              <w:proofErr w:type="spellEnd"/>
            </w:hyperlink>
            <w:r w:rsidRPr="009F2234">
              <w:rPr>
                <w:lang w:val="ru-RU"/>
              </w:rPr>
              <w:t xml:space="preserve"> – </w:t>
            </w:r>
            <w:r w:rsidRPr="009F2234">
              <w:rPr>
                <w:color w:val="0070C0"/>
                <w:lang w:val="ru-RU"/>
              </w:rPr>
              <w:t xml:space="preserve">распечатанное и заполненное согласие отправить на почту организатора. </w:t>
            </w:r>
          </w:p>
        </w:tc>
      </w:tr>
    </w:tbl>
    <w:p w14:paraId="7264D878" w14:textId="77777777" w:rsidR="009350B4" w:rsidRPr="00B847EF" w:rsidRDefault="00000000">
      <w:pPr>
        <w:spacing w:before="160"/>
        <w:rPr>
          <w:lang w:val="ru-RU"/>
        </w:rPr>
      </w:pPr>
      <w:r w:rsidRPr="00B847EF">
        <w:rPr>
          <w:lang w:val="ru-RU"/>
        </w:rPr>
        <w:t>Я, нижеподписавшийся участник, добровольно присоединяюсь к указанному мотопробегу и сообщаю о себе следующие сведения:</w:t>
      </w:r>
    </w:p>
    <w:tbl>
      <w:tblPr>
        <w:tblW w:w="9360" w:type="dxa"/>
        <w:tblInd w:w="120" w:type="dxa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260"/>
      </w:tblGrid>
      <w:tr w:rsidR="009350B4" w14:paraId="16D26160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D15CDF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Ф.И.О.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E4926D" w14:textId="2ECA00B1" w:rsidR="009350B4" w:rsidRPr="00B847EF" w:rsidRDefault="009350B4">
            <w:pPr>
              <w:spacing w:after="0" w:line="240" w:lineRule="auto"/>
              <w:rPr>
                <w:lang w:val="ru-RU"/>
              </w:rPr>
            </w:pPr>
          </w:p>
        </w:tc>
      </w:tr>
      <w:tr w:rsidR="009350B4" w14:paraId="7A5AD6DC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E6A6E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Дата рождения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75CD8A" w14:textId="5FDDC63C" w:rsidR="009350B4" w:rsidRPr="00B847EF" w:rsidRDefault="00B847EF">
            <w:pPr>
              <w:spacing w:after="0" w:line="240" w:lineRule="auto"/>
              <w:rPr>
                <w:lang w:val="ru-RU"/>
              </w:rPr>
            </w:pPr>
            <w:r>
              <w:rPr>
                <w:sz w:val="19"/>
                <w:lang w:val="ru-RU"/>
              </w:rPr>
              <w:t xml:space="preserve">                               </w:t>
            </w:r>
            <w:r w:rsidR="00000000">
              <w:rPr>
                <w:sz w:val="19"/>
              </w:rPr>
              <w:t xml:space="preserve">    </w:t>
            </w:r>
            <w:r>
              <w:rPr>
                <w:sz w:val="19"/>
                <w:lang w:val="ru-RU"/>
              </w:rPr>
              <w:t xml:space="preserve">                            </w:t>
            </w:r>
            <w:proofErr w:type="spellStart"/>
            <w:r w:rsidR="00000000">
              <w:rPr>
                <w:sz w:val="19"/>
              </w:rPr>
              <w:t>Телефон</w:t>
            </w:r>
            <w:proofErr w:type="spellEnd"/>
            <w:r w:rsidR="00000000">
              <w:rPr>
                <w:sz w:val="19"/>
              </w:rPr>
              <w:t xml:space="preserve">: </w:t>
            </w:r>
            <w:r>
              <w:rPr>
                <w:sz w:val="19"/>
                <w:lang w:val="ru-RU"/>
              </w:rPr>
              <w:t xml:space="preserve"> </w:t>
            </w:r>
          </w:p>
        </w:tc>
      </w:tr>
      <w:tr w:rsidR="009350B4" w:rsidRPr="00B847EF" w14:paraId="0E69B683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F1AAD0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Статус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32AED4" w14:textId="420B15B1" w:rsidR="009350B4" w:rsidRPr="00B847EF" w:rsidRDefault="00000000">
            <w:pPr>
              <w:spacing w:after="0" w:line="240" w:lineRule="auto"/>
              <w:rPr>
                <w:lang w:val="ru-RU"/>
              </w:rPr>
            </w:pPr>
            <w:r w:rsidRPr="00B847EF">
              <w:rPr>
                <w:sz w:val="19"/>
                <w:lang w:val="ru-RU"/>
              </w:rPr>
              <w:t xml:space="preserve">☐ водитель    ☐ пассажир    ☐ </w:t>
            </w:r>
            <w:r w:rsidR="00B847EF">
              <w:rPr>
                <w:sz w:val="19"/>
                <w:lang w:val="ru-RU"/>
              </w:rPr>
              <w:t>спонсор</w:t>
            </w:r>
          </w:p>
        </w:tc>
      </w:tr>
      <w:tr w:rsidR="009350B4" w14:paraId="494F99C2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8B7B9C" w14:textId="77777777" w:rsidR="009350B4" w:rsidRDefault="00000000">
            <w:pPr>
              <w:spacing w:after="0" w:line="240" w:lineRule="auto"/>
            </w:pPr>
            <w:proofErr w:type="spellStart"/>
            <w:r>
              <w:rPr>
                <w:b/>
                <w:color w:val="17365D"/>
                <w:sz w:val="19"/>
              </w:rPr>
              <w:t>Мотоцикл</w:t>
            </w:r>
            <w:proofErr w:type="spellEnd"/>
            <w:r>
              <w:rPr>
                <w:b/>
                <w:color w:val="17365D"/>
                <w:sz w:val="19"/>
              </w:rPr>
              <w:t xml:space="preserve"> (</w:t>
            </w:r>
            <w:proofErr w:type="spellStart"/>
            <w:r>
              <w:rPr>
                <w:b/>
                <w:color w:val="17365D"/>
                <w:sz w:val="19"/>
              </w:rPr>
              <w:t>для</w:t>
            </w:r>
            <w:proofErr w:type="spellEnd"/>
            <w:r>
              <w:rPr>
                <w:b/>
                <w:color w:val="17365D"/>
                <w:sz w:val="19"/>
              </w:rPr>
              <w:t xml:space="preserve"> </w:t>
            </w:r>
            <w:proofErr w:type="spellStart"/>
            <w:r>
              <w:rPr>
                <w:b/>
                <w:color w:val="17365D"/>
                <w:sz w:val="19"/>
              </w:rPr>
              <w:t>водителя</w:t>
            </w:r>
            <w:proofErr w:type="spellEnd"/>
            <w:r>
              <w:rPr>
                <w:b/>
                <w:color w:val="17365D"/>
                <w:sz w:val="19"/>
              </w:rPr>
              <w:t>)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11D61A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Марка/модель: ________________________  гос. №: ____________________________</w:t>
            </w:r>
          </w:p>
        </w:tc>
      </w:tr>
      <w:tr w:rsidR="009350B4" w14:paraId="730DC313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CA7A0D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Экстренный контакт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B8FEA5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Ф.И.О.: ______________________________  телефон: ____________________________</w:t>
            </w:r>
          </w:p>
        </w:tc>
      </w:tr>
      <w:tr w:rsidR="00B847EF" w14:paraId="518E2D96" w14:textId="77777777">
        <w:trPr>
          <w:cantSplit/>
        </w:trPr>
        <w:tc>
          <w:tcPr>
            <w:tcW w:w="21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3DDFE" w14:textId="77F2DB17" w:rsidR="00B847EF" w:rsidRPr="00B847EF" w:rsidRDefault="00B847EF">
            <w:pPr>
              <w:spacing w:after="0" w:line="240" w:lineRule="auto"/>
              <w:rPr>
                <w:b/>
                <w:color w:val="17365D"/>
                <w:sz w:val="19"/>
                <w:lang w:val="ru-RU"/>
              </w:rPr>
            </w:pPr>
            <w:r>
              <w:rPr>
                <w:b/>
                <w:color w:val="17365D"/>
                <w:sz w:val="19"/>
                <w:lang w:val="ru-RU"/>
              </w:rPr>
              <w:t>Группа крови участника</w:t>
            </w:r>
          </w:p>
        </w:tc>
        <w:tc>
          <w:tcPr>
            <w:tcW w:w="72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83535" w14:textId="77777777" w:rsidR="00B847EF" w:rsidRDefault="00B847EF">
            <w:pPr>
              <w:spacing w:after="0" w:line="240" w:lineRule="auto"/>
              <w:rPr>
                <w:sz w:val="19"/>
              </w:rPr>
            </w:pPr>
          </w:p>
        </w:tc>
      </w:tr>
    </w:tbl>
    <w:p w14:paraId="7201A683" w14:textId="77777777" w:rsidR="009350B4" w:rsidRPr="00B847EF" w:rsidRDefault="00000000">
      <w:pPr>
        <w:pStyle w:val="SmallNote"/>
        <w:rPr>
          <w:lang w:val="ru-RU"/>
        </w:rPr>
      </w:pPr>
      <w:r w:rsidRPr="00B847EF">
        <w:rPr>
          <w:i/>
          <w:lang w:val="ru-RU"/>
        </w:rPr>
        <w:t>Форма предназначена для совершеннолетних участников мотопробега по дорогам общего пользования на территории Российской Федерации.</w:t>
      </w:r>
    </w:p>
    <w:p w14:paraId="445DDE1C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t>Добровольность</w:t>
      </w:r>
      <w:proofErr w:type="spellEnd"/>
      <w:r>
        <w:t xml:space="preserve"> </w:t>
      </w:r>
      <w:proofErr w:type="spellStart"/>
      <w:r>
        <w:t>участия</w:t>
      </w:r>
      <w:proofErr w:type="spellEnd"/>
      <w:r>
        <w:t xml:space="preserve"> и </w:t>
      </w:r>
      <w:proofErr w:type="spellStart"/>
      <w:r>
        <w:t>допуск</w:t>
      </w:r>
      <w:proofErr w:type="spellEnd"/>
    </w:p>
    <w:p w14:paraId="601EAF03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участвую добровольно, действую без принуждения, понимаю содержание настоящего документа и имел(а) возможность задать Организатору вопросы до подписания.</w:t>
      </w:r>
    </w:p>
    <w:p w14:paraId="142CF3F0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достиг(ла) 18 лет и не лишен(а) дееспособности. Если я являюсь водителем, у меня имеются действующее право управления транспортным средством соответствующей категории, предусмотренные законом регистрационные и страховые документы, а также законное основание владения или пользования мотоциклом.</w:t>
      </w:r>
    </w:p>
    <w:p w14:paraId="1B96FC9B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Если я являюсь водителем, я лично отвечаю за техническую исправность мотоцикла, его соответствие требованиям допуска к эксплуатации, наличие топлива и исправной обязательной экипировки. Любой осмотр со стороны Организатора носит визуальный и организационный характер и не является технической экспертизой или гарантией исправности.</w:t>
      </w:r>
    </w:p>
    <w:p w14:paraId="0A65858D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оцениваю свое физическое и психоэмоциональное состояние как позволяющее участвовать в поездке. При недомогании, травме, выраженной усталости, снижении внимания либо ином состоянии, способном повлиять на безопасность, я обязан(а) отказаться от старта или незамедлительно прекратить движение безопасным способом.</w:t>
      </w:r>
    </w:p>
    <w:p w14:paraId="73C13162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lastRenderedPageBreak/>
        <w:t>Обязательные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поведения</w:t>
      </w:r>
      <w:proofErr w:type="spellEnd"/>
      <w:r>
        <w:t xml:space="preserve"> и движения</w:t>
      </w:r>
    </w:p>
    <w:p w14:paraId="55908186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обязуюсь соблюдать законодательство Российской Федерации, Правила дорожного движения Российской Федерации, требования дорожных знаков, разметки, сигналов светофоров и регулировщиков. Участие в колонне не предоставляет преимущество перед другими участниками движения и не означает перекрытия дороги, если иное официально не организовано уполномоченными органами.</w:t>
      </w:r>
    </w:p>
    <w:p w14:paraId="23C5D45D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выполняю законные и относящиеся к безопасности или организации маршрута указания Организатора, руководителя колонны, замыкающего, маршалов и иных назначенных координаторов: о построении, порядке старта, позиции в колонне, дистанции и боковом интервале, местах остановки, парковке, перегруппировке и прекращении участия.</w:t>
      </w:r>
    </w:p>
    <w:p w14:paraId="7770AFBA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Указания Организатора не отменяют ПДД и не могут требовать их нарушения. Если указание противоречит ПДД или создает непосредственную опасность, я не исполняю его, действую в соответствии с ПДД и по возможности незамедлительно сообщаю об этом координатору.</w:t>
      </w:r>
    </w:p>
    <w:p w14:paraId="39125866" w14:textId="77777777" w:rsidR="009350B4" w:rsidRDefault="00000000">
      <w:pPr>
        <w:pStyle w:val="ClauseBody"/>
        <w:numPr>
          <w:ilvl w:val="1"/>
          <w:numId w:val="1"/>
        </w:numPr>
      </w:pPr>
      <w:r w:rsidRPr="00B847EF">
        <w:rPr>
          <w:lang w:val="ru-RU"/>
        </w:rPr>
        <w:t xml:space="preserve">Я выбираю скорость, дистанцию, траекторию и способ маневрирования самостоятельно с учетом ПДД, дорожных и погодных условий, видимости, состояния мотоцикла и собственных навыков. </w:t>
      </w:r>
      <w:proofErr w:type="spellStart"/>
      <w:r>
        <w:t>Установленное</w:t>
      </w:r>
      <w:proofErr w:type="spellEnd"/>
      <w:r>
        <w:t xml:space="preserve"> </w:t>
      </w:r>
      <w:proofErr w:type="spellStart"/>
      <w:r>
        <w:t>Организатором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низкое</w:t>
      </w:r>
      <w:proofErr w:type="spellEnd"/>
      <w:r>
        <w:t xml:space="preserve"> ограничение скорости является обязательным.</w:t>
      </w:r>
    </w:p>
    <w:p w14:paraId="0FD61534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не совершаю гонок, демонстрационных трюков, опасных перестроений, неоправданных обгонов, резких торможений или ускорений, не перекрываю движение самовольно и не покидаю колонну без уведомления, кроме случаев, когда немедленное действие необходимо для предотвращения опасности.</w:t>
      </w:r>
    </w:p>
    <w:p w14:paraId="22F81EB2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использую исправный застегнутый мотошлем и не перевожу пассажира без застегнутого мотошлема. Я соблюдаю дополнительные требования Организатора к защитной экипировке и не использую телефон, камеру, аудиоустройства или иные приборы способом, отвлекающим от управления и контроля дорожной обстановки.</w:t>
      </w:r>
    </w:p>
    <w:p w14:paraId="23BE4BFC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не передаю управление лицу, не имеющему законного права управления или не допущенному Организатором, не перевожу пассажира с нарушением ПДД, не вмешиваюсь в управление другого участника и не побуждаю его к опасным действиям.</w:t>
      </w:r>
    </w:p>
    <w:p w14:paraId="5675DAA9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соблюдаю дисциплину мероприятия, не допускаю агрессии, угроз, конфликтного или оскорбительного поведения, намеренного создания помех, повреждения имущества, несанкционированного использования специальных сигналов и иных действий, создающих риск для людей или репутации мероприятия.</w:t>
      </w:r>
    </w:p>
    <w:p w14:paraId="0252769E" w14:textId="68563837" w:rsidR="009350B4" w:rsidRDefault="00B847EF">
      <w:pPr>
        <w:pStyle w:val="ClauseHeading"/>
        <w:numPr>
          <w:ilvl w:val="0"/>
          <w:numId w:val="1"/>
        </w:numPr>
      </w:pPr>
      <w:r>
        <w:rPr>
          <w:lang w:val="ru-RU"/>
        </w:rPr>
        <w:t>Употребление алкоголя</w:t>
      </w:r>
    </w:p>
    <w:p w14:paraId="309D2A1F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обязуюсь не управлять мотоциклом и не участвовать в организованном движении в состоянии алкогольного, наркотического или иного опьянения, под воздействием веществ или лекарственных препаратов, ухудшающих реакцию и внимание, а также в болезненном или утомленном состоянии, ставящем под угрозу безопасность.</w:t>
      </w:r>
    </w:p>
    <w:p w14:paraId="1865ACE0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не употребляю алкоголь, наркотические, психотропные или иные вызывающие опьянение вещества до старта и на протяжении всей части программы, после которой возможно мое управление мотоциклом. При наличии даже остаточных явлений или сомнений в трезвости я отказываюсь от управления.</w:t>
      </w:r>
    </w:p>
    <w:p w14:paraId="0FA5CE0B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По требованию Организатора я готов(а) пройти добровольную индикативную проверку алкотестером. Я понимаю, что отказ от такой проверки, положительный результат либо внешние признаки опьянения являются достаточным основанием для недопуска или прекращения участия в мотопробеге; такая проверка не заменяет установленного законом освидетельствования.</w:t>
      </w:r>
    </w:p>
    <w:p w14:paraId="66DE261B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lastRenderedPageBreak/>
        <w:t>Полномочия</w:t>
      </w:r>
      <w:proofErr w:type="spellEnd"/>
      <w:r>
        <w:t xml:space="preserve"> </w:t>
      </w:r>
      <w:proofErr w:type="spellStart"/>
      <w:r>
        <w:t>Организатора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нарушениях</w:t>
      </w:r>
      <w:proofErr w:type="spellEnd"/>
    </w:p>
    <w:p w14:paraId="7368B6CB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Организатор вправе отказать в допуске, приостановить или прекратить мое участие, если я нарушаю ПДД, правила мероприятия или законные требования безопасности, не имею необходимых документов или экипировки, демонстрирую опасное поведение либо мое состояние вызывает обоснованные сомнения в безопасности участия.</w:t>
      </w:r>
    </w:p>
    <w:p w14:paraId="1339738C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По требованию Организатора я обязан(а) безопасно прекратить участие: покинуть организованную колонну без создания помех, остановиться в разрешенном месте и далее не позиционировать свое самостоятельное движение как часть мотопробега.</w:t>
      </w:r>
    </w:p>
    <w:p w14:paraId="1E12879F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При угрозе жизни, здоровью или безопасности движения Организатор вправе вызвать экстренные службы и (или) сообщить о ситуации уполномоченным государственным органам.</w:t>
      </w:r>
    </w:p>
    <w:p w14:paraId="47E9965C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t>Осознание</w:t>
      </w:r>
      <w:proofErr w:type="spellEnd"/>
      <w:r>
        <w:t xml:space="preserve"> и </w:t>
      </w:r>
      <w:proofErr w:type="spellStart"/>
      <w:r>
        <w:t>принятие</w:t>
      </w:r>
      <w:proofErr w:type="spellEnd"/>
      <w:r>
        <w:t xml:space="preserve"> </w:t>
      </w:r>
      <w:proofErr w:type="spellStart"/>
      <w:r>
        <w:t>рисков</w:t>
      </w:r>
      <w:proofErr w:type="spellEnd"/>
    </w:p>
    <w:p w14:paraId="673A18B8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Мне известно, что управление мотоциклом и участие в групповом движении связаны с повышенным риском. Возможны ДТП, столкновение, падение, наезд на препятствие, внезапный маневр другого участника, дефект или загрязнение покрытия, неблагоприятная погода, ограниченная видимость, неисправность техники, задержка помощи и иные обстоятельства.</w:t>
      </w:r>
    </w:p>
    <w:p w14:paraId="3AD327C1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понимаю, что указанные обстоятельства способны причинить ущерб мотоциклу и иному имуществу, телесные повреждения различной тяжести, временную или стойкую утрату трудоспособности, инвалидность либо смерть.</w:t>
      </w:r>
    </w:p>
    <w:p w14:paraId="51A8F9F1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самостоятельно оцениваю свои навыки, состояние дороги и допустимый для себя уровень риска и вправе в любой момент отказаться от старта или прекратить участие, предварительно обеспечив безопасность маневра и по возможности уведомив координатора.</w:t>
      </w:r>
    </w:p>
    <w:tbl>
      <w:tblPr>
        <w:tblW w:w="9360" w:type="dxa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350B4" w:rsidRPr="00B847EF" w14:paraId="686B8354" w14:textId="77777777">
        <w:tc>
          <w:tcPr>
            <w:tcW w:w="9360" w:type="dxa"/>
            <w:shd w:val="clear" w:color="auto" w:fill="FFF7E6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A8982CB" w14:textId="77777777" w:rsidR="009350B4" w:rsidRPr="00B847EF" w:rsidRDefault="00000000">
            <w:pPr>
              <w:pBdr>
                <w:left w:val="single" w:sz="14" w:space="6" w:color="C89B3C"/>
              </w:pBdr>
              <w:spacing w:after="0"/>
              <w:rPr>
                <w:lang w:val="ru-RU"/>
              </w:rPr>
            </w:pPr>
            <w:r w:rsidRPr="00B847EF">
              <w:rPr>
                <w:b/>
                <w:lang w:val="ru-RU"/>
              </w:rPr>
              <w:t>Я понимаю и подтверждаю: если вред моей жизни, здоровью или имуществу возник вследствие нарушения мной ПДД, правил мероприятия либо законных требований безопасности и находится в прямой причинной связи с моими действиями или бездействием, последствия такого нарушения и установленную законом ответственность я принимаю на себя.</w:t>
            </w:r>
          </w:p>
        </w:tc>
      </w:tr>
    </w:tbl>
    <w:p w14:paraId="7F9A28B2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сторон</w:t>
      </w:r>
      <w:proofErr w:type="spellEnd"/>
    </w:p>
    <w:p w14:paraId="5818262E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несу предусмотренную законом административную, гражданско-правовую, уголовную и иную ответственность за собственные действия, нарушения ПДД, причинение вреда людям, транспортным средствам, имуществу, объектам дорожной инфраструктуры и окружающей среде.</w:t>
      </w:r>
    </w:p>
    <w:p w14:paraId="317D93BF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Как водитель и (или) законный владелец транспортного средства я понимаю особенности ответственности за вред, причиненный источником повышенной опасности, и самостоятельно урегулирую последствия ДТП в порядке, установленном законом и условиями страхования.</w:t>
      </w:r>
    </w:p>
    <w:p w14:paraId="3999C27B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Организатор не отвечает за последствия, вызванные исключительно моим нарушением ПДД или настоящих правил, недостоверными сведениями с моей стороны, неисправностью находящегося под моим контролем мотоцикла, утратой моих личных вещей, противоправными действиями третьих лиц либо иными обстоятельствами, за которые Организатор не отвечает по закону.</w:t>
      </w:r>
    </w:p>
    <w:p w14:paraId="5AC6B615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Настоящий документ не освобождает Организатора от ответственности за вред, причиненный его виновными противоправными действиями или бездействием, и не ограничивает права участника в той части, в которой отказ от них или ограничение ответственности не допускаются законодательством Российской Федерации.</w:t>
      </w:r>
    </w:p>
    <w:p w14:paraId="17D18C3D" w14:textId="56B346D1" w:rsidR="009350B4" w:rsidRPr="00B847EF" w:rsidRDefault="00000000" w:rsidP="00B847EF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lastRenderedPageBreak/>
        <w:t>Если мои виновные действия причинят документально подтвержденный вред Организатору или третьим лицам, я обязан(а) возместить его в объеме и порядке, предусмотренных законодательством Российской Федерации.</w:t>
      </w:r>
    </w:p>
    <w:p w14:paraId="5CFDB68F" w14:textId="77777777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t>Действия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происшествии</w:t>
      </w:r>
      <w:proofErr w:type="spellEnd"/>
    </w:p>
    <w:p w14:paraId="0C5160D9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При ДТП, падении, поломке, ухудшении самочувствия или иной опасной ситуации я прекращаю движение безопасным способом, выполняю обязанности участника ДТП, предусмотренные ПДД, вызываю экстренные службы при необходимости и незамедлительно уведомляю координатора, если это возможно.</w:t>
      </w:r>
    </w:p>
    <w:p w14:paraId="28FD1098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согласен(на), чтобы в экстренной ситуации Организатор вызвал скорую медицинскую помощь, спасательные службы или полицию и передал им сведения, необходимые для оказания помощи и установления моей личности. Это положение не заменяет информированного добровольного согласия на медицинское вмешательство в случаях, когда оно требуется законом.</w:t>
      </w:r>
    </w:p>
    <w:p w14:paraId="0F724DB2" w14:textId="6F4B0C50" w:rsidR="009350B4" w:rsidRDefault="00000000">
      <w:pPr>
        <w:pStyle w:val="ClauseHeading"/>
        <w:numPr>
          <w:ilvl w:val="0"/>
          <w:numId w:val="1"/>
        </w:numPr>
      </w:pPr>
      <w:proofErr w:type="spellStart"/>
      <w:r>
        <w:t>Заключительные</w:t>
      </w:r>
      <w:proofErr w:type="spellEnd"/>
      <w:r>
        <w:t xml:space="preserve"> </w:t>
      </w:r>
      <w:r w:rsidR="00B847EF">
        <w:rPr>
          <w:lang w:val="ru-RU"/>
        </w:rPr>
        <w:t>положения</w:t>
      </w:r>
    </w:p>
    <w:p w14:paraId="2F1B5B2A" w14:textId="77777777" w:rsidR="009350B4" w:rsidRDefault="00000000">
      <w:pPr>
        <w:pStyle w:val="ClauseBody"/>
        <w:numPr>
          <w:ilvl w:val="1"/>
          <w:numId w:val="1"/>
        </w:numPr>
      </w:pPr>
      <w:r w:rsidRPr="00B847EF">
        <w:rPr>
          <w:lang w:val="ru-RU"/>
        </w:rPr>
        <w:t xml:space="preserve">До подписания я получил(а) доступ к правилам мероприятия, сведениям о маршруте и порядке движения, прошел(ла) инструктаж либо обязуюсь пройти его до старта.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изменении</w:t>
      </w:r>
      <w:proofErr w:type="spellEnd"/>
      <w:r>
        <w:t xml:space="preserve"> </w:t>
      </w:r>
      <w:proofErr w:type="spellStart"/>
      <w:r>
        <w:t>маршрута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условий я выполняю дополнительный инструктаж.</w:t>
      </w:r>
    </w:p>
    <w:p w14:paraId="47852842" w14:textId="77777777" w:rsidR="009350B4" w:rsidRPr="00B847EF" w:rsidRDefault="00000000">
      <w:pPr>
        <w:pStyle w:val="ClauseBody"/>
        <w:numPr>
          <w:ilvl w:val="1"/>
          <w:numId w:val="1"/>
        </w:numPr>
        <w:rPr>
          <w:lang w:val="ru-RU"/>
        </w:rPr>
      </w:pPr>
      <w:r w:rsidRPr="00B847EF">
        <w:rPr>
          <w:lang w:val="ru-RU"/>
        </w:rPr>
        <w:t>Я прочитал(а) документ полностью, понимаю его смысл и последствия, подтверждаю достоверность указанных сведений и принимаю изложенные обязанности. Незнание правил мероприятия после подписания не освобождает меня от обязанности их соблюдать.</w:t>
      </w:r>
    </w:p>
    <w:p w14:paraId="5A664930" w14:textId="77777777" w:rsidR="009350B4" w:rsidRDefault="00000000">
      <w:pPr>
        <w:pStyle w:val="ClauseBody"/>
        <w:numPr>
          <w:ilvl w:val="1"/>
          <w:numId w:val="1"/>
        </w:numPr>
      </w:pPr>
      <w:r w:rsidRPr="00B847EF">
        <w:rPr>
          <w:lang w:val="ru-RU"/>
        </w:rPr>
        <w:t xml:space="preserve">Документ действует в течение всего указанного мотопробега, включая построение, организованные остановки и все участки официального маршрута. </w:t>
      </w:r>
      <w:proofErr w:type="spellStart"/>
      <w:r>
        <w:t>Недействительность</w:t>
      </w:r>
      <w:proofErr w:type="spellEnd"/>
      <w:r>
        <w:t xml:space="preserve"> </w:t>
      </w:r>
      <w:proofErr w:type="spellStart"/>
      <w:r>
        <w:t>отдельного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влечет недействительности остальных положений.</w:t>
      </w:r>
    </w:p>
    <w:p w14:paraId="21128EC8" w14:textId="77777777" w:rsidR="009350B4" w:rsidRDefault="00000000">
      <w:pPr>
        <w:keepNext/>
        <w:spacing w:before="200" w:after="120"/>
      </w:pPr>
      <w:r>
        <w:rPr>
          <w:b/>
          <w:color w:val="17365D"/>
          <w:sz w:val="22"/>
        </w:rPr>
        <w:t>ПОДПИСЬ УЧАСТНИКА</w:t>
      </w:r>
    </w:p>
    <w:tbl>
      <w:tblPr>
        <w:tblW w:w="9360" w:type="dxa"/>
        <w:tblInd w:w="120" w:type="dxa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9350B4" w14:paraId="78D040EE" w14:textId="77777777">
        <w:trPr>
          <w:cantSplit/>
        </w:trPr>
        <w:tc>
          <w:tcPr>
            <w:tcW w:w="468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C480D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Ф.И.О. полностью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4F9CE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________________________________________________________________</w:t>
            </w:r>
          </w:p>
        </w:tc>
      </w:tr>
      <w:tr w:rsidR="009350B4" w14:paraId="6723ABF5" w14:textId="77777777">
        <w:trPr>
          <w:cantSplit/>
        </w:trPr>
        <w:tc>
          <w:tcPr>
            <w:tcW w:w="468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7D648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Подпись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C470AF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__________________________</w:t>
            </w:r>
          </w:p>
        </w:tc>
      </w:tr>
      <w:tr w:rsidR="009350B4" w14:paraId="4A9ACD34" w14:textId="77777777">
        <w:trPr>
          <w:cantSplit/>
        </w:trPr>
        <w:tc>
          <w:tcPr>
            <w:tcW w:w="468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88D3A8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Дата и время подписания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2CC553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«_____» __________________ 20_____ г., ______:______</w:t>
            </w:r>
          </w:p>
        </w:tc>
      </w:tr>
      <w:tr w:rsidR="009350B4" w14:paraId="4ECA4D40" w14:textId="77777777">
        <w:trPr>
          <w:cantSplit/>
        </w:trPr>
        <w:tc>
          <w:tcPr>
            <w:tcW w:w="468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BF2BBE" w14:textId="77777777" w:rsidR="009350B4" w:rsidRPr="00B847EF" w:rsidRDefault="00000000">
            <w:pPr>
              <w:spacing w:after="0" w:line="240" w:lineRule="auto"/>
              <w:rPr>
                <w:lang w:val="ru-RU"/>
              </w:rPr>
            </w:pPr>
            <w:r w:rsidRPr="00B847EF">
              <w:rPr>
                <w:b/>
                <w:color w:val="17365D"/>
                <w:sz w:val="19"/>
                <w:lang w:val="ru-RU"/>
              </w:rPr>
              <w:t>Инструктаж провел(а): Ф.И.О.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FDE86C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________________________________________________________________</w:t>
            </w:r>
          </w:p>
        </w:tc>
      </w:tr>
      <w:tr w:rsidR="009350B4" w14:paraId="7DECAEA0" w14:textId="77777777">
        <w:trPr>
          <w:cantSplit/>
        </w:trPr>
        <w:tc>
          <w:tcPr>
            <w:tcW w:w="468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27E2C" w14:textId="77777777" w:rsidR="009350B4" w:rsidRDefault="00000000">
            <w:pPr>
              <w:spacing w:after="0" w:line="240" w:lineRule="auto"/>
            </w:pPr>
            <w:r>
              <w:rPr>
                <w:b/>
                <w:color w:val="17365D"/>
                <w:sz w:val="19"/>
              </w:rPr>
              <w:t>Подпись представителя Организатора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F235D" w14:textId="77777777" w:rsidR="009350B4" w:rsidRDefault="00000000">
            <w:pPr>
              <w:spacing w:after="0" w:line="240" w:lineRule="auto"/>
            </w:pPr>
            <w:r>
              <w:rPr>
                <w:sz w:val="19"/>
              </w:rPr>
              <w:t>__________________________    Дата: __________________</w:t>
            </w:r>
          </w:p>
        </w:tc>
      </w:tr>
    </w:tbl>
    <w:p w14:paraId="7BF43C76" w14:textId="77777777" w:rsidR="009350B4" w:rsidRDefault="00000000">
      <w:pPr>
        <w:pStyle w:val="SmallNote"/>
        <w:spacing w:before="120"/>
        <w:rPr>
          <w:lang w:val="ru-RU"/>
        </w:rPr>
      </w:pPr>
      <w:r w:rsidRPr="00B847EF">
        <w:rPr>
          <w:lang w:val="ru-RU"/>
        </w:rPr>
        <w:t xml:space="preserve">Отметка </w:t>
      </w:r>
      <w:proofErr w:type="gramStart"/>
      <w:r w:rsidRPr="00B847EF">
        <w:rPr>
          <w:lang w:val="ru-RU"/>
        </w:rPr>
        <w:t>Организатора:  ☐</w:t>
      </w:r>
      <w:proofErr w:type="gramEnd"/>
      <w:r w:rsidRPr="00B847EF">
        <w:rPr>
          <w:lang w:val="ru-RU"/>
        </w:rPr>
        <w:t xml:space="preserve"> документы проверены </w:t>
      </w:r>
      <w:proofErr w:type="gramStart"/>
      <w:r w:rsidRPr="00B847EF">
        <w:rPr>
          <w:lang w:val="ru-RU"/>
        </w:rPr>
        <w:t>визуально  ☐</w:t>
      </w:r>
      <w:proofErr w:type="gramEnd"/>
      <w:r w:rsidRPr="00B847EF">
        <w:rPr>
          <w:lang w:val="ru-RU"/>
        </w:rPr>
        <w:t xml:space="preserve"> инструктаж </w:t>
      </w:r>
      <w:proofErr w:type="gramStart"/>
      <w:r w:rsidRPr="00B847EF">
        <w:rPr>
          <w:lang w:val="ru-RU"/>
        </w:rPr>
        <w:t>пройден  ☐</w:t>
      </w:r>
      <w:proofErr w:type="gramEnd"/>
      <w:r w:rsidRPr="00B847EF">
        <w:rPr>
          <w:lang w:val="ru-RU"/>
        </w:rPr>
        <w:t xml:space="preserve"> к старту допущен(</w:t>
      </w:r>
      <w:proofErr w:type="gramStart"/>
      <w:r w:rsidRPr="00B847EF">
        <w:rPr>
          <w:lang w:val="ru-RU"/>
        </w:rPr>
        <w:t>а)  ☐</w:t>
      </w:r>
      <w:proofErr w:type="gramEnd"/>
      <w:r w:rsidRPr="00B847EF">
        <w:rPr>
          <w:lang w:val="ru-RU"/>
        </w:rPr>
        <w:t xml:space="preserve"> не допущен(а)</w:t>
      </w:r>
    </w:p>
    <w:p w14:paraId="49ACE789" w14:textId="77777777" w:rsidR="009A1448" w:rsidRDefault="009A1448">
      <w:pPr>
        <w:pStyle w:val="SmallNote"/>
        <w:spacing w:before="120"/>
        <w:rPr>
          <w:lang w:val="ru-RU"/>
        </w:rPr>
      </w:pPr>
    </w:p>
    <w:p w14:paraId="41759FAC" w14:textId="1C365525" w:rsidR="009A1448" w:rsidRPr="00B847EF" w:rsidRDefault="009A1448">
      <w:pPr>
        <w:pStyle w:val="SmallNote"/>
        <w:spacing w:before="120"/>
        <w:rPr>
          <w:lang w:val="ru-RU"/>
        </w:rPr>
      </w:pPr>
    </w:p>
    <w:sectPr w:rsidR="009A1448" w:rsidRPr="00B847EF">
      <w:headerReference w:type="default" r:id="rId10"/>
      <w:footerReference w:type="default" r:id="rId11"/>
      <w:pgSz w:w="11906" w:h="16838"/>
      <w:pgMar w:top="1134" w:right="1134" w:bottom="113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F2A6C4" w14:textId="77777777" w:rsidR="00FF10A6" w:rsidRDefault="00FF10A6">
      <w:pPr>
        <w:spacing w:after="0" w:line="240" w:lineRule="auto"/>
      </w:pPr>
      <w:r>
        <w:separator/>
      </w:r>
    </w:p>
  </w:endnote>
  <w:endnote w:type="continuationSeparator" w:id="0">
    <w:p w14:paraId="70CC8802" w14:textId="77777777" w:rsidR="00FF10A6" w:rsidRDefault="00FF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0B722" w14:textId="7044EB61" w:rsidR="009350B4" w:rsidRDefault="00B847EF">
    <w:pPr>
      <w:pStyle w:val="a6"/>
      <w:jc w:val="center"/>
    </w:pPr>
    <w:r>
      <w:rPr>
        <w:color w:val="666666"/>
        <w:sz w:val="17"/>
        <w:lang w:val="ru-RU"/>
      </w:rPr>
      <w:t xml:space="preserve">Подпись </w:t>
    </w:r>
    <w:proofErr w:type="spellStart"/>
    <w:r w:rsidR="00000000">
      <w:rPr>
        <w:color w:val="666666"/>
        <w:sz w:val="17"/>
      </w:rPr>
      <w:t>участника</w:t>
    </w:r>
    <w:proofErr w:type="spellEnd"/>
    <w:r w:rsidR="00000000">
      <w:rPr>
        <w:color w:val="666666"/>
        <w:sz w:val="17"/>
      </w:rPr>
      <w:t xml:space="preserve">: __________    |    </w:t>
    </w:r>
    <w:proofErr w:type="spellStart"/>
    <w:r w:rsidR="00000000">
      <w:rPr>
        <w:color w:val="666666"/>
        <w:sz w:val="17"/>
      </w:rPr>
      <w:t>Стр</w:t>
    </w:r>
    <w:proofErr w:type="spellEnd"/>
    <w:r w:rsidR="00000000">
      <w:rPr>
        <w:color w:val="666666"/>
        <w:sz w:val="17"/>
      </w:rPr>
      <w:t xml:space="preserve">. </w:t>
    </w:r>
    <w:r w:rsidR="00000000">
      <w:rPr>
        <w:color w:val="666666"/>
        <w:sz w:val="17"/>
      </w:rPr>
      <w:fldChar w:fldCharType="begin"/>
    </w:r>
    <w:r w:rsidR="00000000">
      <w:rPr>
        <w:color w:val="666666"/>
        <w:sz w:val="17"/>
      </w:rPr>
      <w:instrText>PAGE</w:instrText>
    </w:r>
    <w:r w:rsidR="00000000">
      <w:rPr>
        <w:color w:val="666666"/>
        <w:sz w:val="17"/>
      </w:rPr>
      <w:fldChar w:fldCharType="separate"/>
    </w:r>
    <w:r w:rsidR="00000000">
      <w:rPr>
        <w:color w:val="666666"/>
        <w:sz w:val="17"/>
      </w:rPr>
      <w:t>1</w:t>
    </w:r>
    <w:r w:rsidR="00000000">
      <w:rPr>
        <w:color w:val="666666"/>
        <w:sz w:val="17"/>
      </w:rPr>
      <w:fldChar w:fldCharType="end"/>
    </w:r>
    <w:r w:rsidR="00000000">
      <w:rPr>
        <w:color w:val="666666"/>
        <w:sz w:val="17"/>
      </w:rPr>
      <w:t xml:space="preserve"> </w:t>
    </w:r>
    <w:proofErr w:type="spellStart"/>
    <w:r w:rsidR="00000000">
      <w:rPr>
        <w:color w:val="666666"/>
        <w:sz w:val="17"/>
      </w:rPr>
      <w:t>из</w:t>
    </w:r>
    <w:proofErr w:type="spellEnd"/>
    <w:r w:rsidR="00000000">
      <w:rPr>
        <w:color w:val="666666"/>
        <w:sz w:val="17"/>
      </w:rPr>
      <w:t xml:space="preserve"> </w:t>
    </w:r>
    <w:r w:rsidR="00000000">
      <w:rPr>
        <w:color w:val="666666"/>
        <w:sz w:val="17"/>
      </w:rPr>
      <w:fldChar w:fldCharType="begin"/>
    </w:r>
    <w:r w:rsidR="00000000">
      <w:rPr>
        <w:color w:val="666666"/>
        <w:sz w:val="17"/>
      </w:rPr>
      <w:instrText>NUMPAGES</w:instrText>
    </w:r>
    <w:r w:rsidR="00000000">
      <w:rPr>
        <w:color w:val="666666"/>
        <w:sz w:val="17"/>
      </w:rPr>
      <w:fldChar w:fldCharType="separate"/>
    </w:r>
    <w:r w:rsidR="00000000">
      <w:rPr>
        <w:color w:val="666666"/>
        <w:sz w:val="17"/>
      </w:rPr>
      <w:t>1</w:t>
    </w:r>
    <w:r w:rsidR="00000000">
      <w:rPr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31D8DE" w14:textId="77777777" w:rsidR="00FF10A6" w:rsidRDefault="00FF10A6">
      <w:pPr>
        <w:spacing w:after="0" w:line="240" w:lineRule="auto"/>
      </w:pPr>
      <w:r>
        <w:separator/>
      </w:r>
    </w:p>
  </w:footnote>
  <w:footnote w:type="continuationSeparator" w:id="0">
    <w:p w14:paraId="75F77F2E" w14:textId="77777777" w:rsidR="00FF10A6" w:rsidRDefault="00FF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D498A7" w14:textId="77777777" w:rsidR="009350B4" w:rsidRDefault="00000000">
    <w:pPr>
      <w:pStyle w:val="a4"/>
      <w:jc w:val="right"/>
    </w:pPr>
    <w:r>
      <w:rPr>
        <w:b/>
        <w:color w:val="666666"/>
        <w:sz w:val="16"/>
      </w:rPr>
      <w:t>ПРАВИЛА УЧАСТИЯ В МОТОПРОБЕГЕ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AFA44EC"/>
    <w:multiLevelType w:val="multilevel"/>
    <w:tmpl w:val="C168321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ascii="Arial" w:eastAsia="Arial" w:hAnsi="Arial"/>
        <w:b/>
        <w:color w:val="17365D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620"/>
        </w:tabs>
        <w:ind w:left="620" w:hanging="620"/>
      </w:pPr>
      <w:rPr>
        <w:rFonts w:ascii="Arial" w:eastAsia="Arial" w:hAnsi="Arial"/>
        <w:color w:val="1F1F1F"/>
        <w:sz w:val="2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097059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1A5D"/>
    <w:rsid w:val="009350B4"/>
    <w:rsid w:val="009A1448"/>
    <w:rsid w:val="009F2234"/>
    <w:rsid w:val="00AA1D8D"/>
    <w:rsid w:val="00B47730"/>
    <w:rsid w:val="00B847EF"/>
    <w:rsid w:val="00CB0664"/>
    <w:rsid w:val="00FC693F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B52D2"/>
  <w14:defaultImageDpi w14:val="300"/>
  <w15:docId w15:val="{A3B78ED8-27BC-8C44-9C86-708E52E3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pPr>
      <w:spacing w:after="100" w:line="264" w:lineRule="auto"/>
    </w:pPr>
    <w:rPr>
      <w:rFonts w:ascii="Arial" w:eastAsia="Arial" w:hAnsi="Arial"/>
      <w:color w:val="1F1F1F"/>
      <w:sz w:val="21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sentTitle">
    <w:name w:val="ConsentTitle"/>
    <w:basedOn w:val="a0"/>
    <w:pPr>
      <w:spacing w:after="80"/>
    </w:pPr>
    <w:rPr>
      <w:b/>
      <w:color w:val="17365D"/>
      <w:sz w:val="32"/>
    </w:rPr>
  </w:style>
  <w:style w:type="paragraph" w:customStyle="1" w:styleId="ConsentSubtitle">
    <w:name w:val="ConsentSubtitle"/>
    <w:basedOn w:val="a0"/>
    <w:pPr>
      <w:spacing w:after="240"/>
    </w:pPr>
    <w:rPr>
      <w:color w:val="666666"/>
      <w:sz w:val="20"/>
    </w:rPr>
  </w:style>
  <w:style w:type="paragraph" w:customStyle="1" w:styleId="ClauseHeading">
    <w:name w:val="ClauseHeading"/>
    <w:basedOn w:val="a0"/>
    <w:pPr>
      <w:keepNext/>
      <w:spacing w:before="240" w:line="252" w:lineRule="auto"/>
    </w:pPr>
    <w:rPr>
      <w:b/>
      <w:color w:val="17365D"/>
      <w:sz w:val="24"/>
    </w:rPr>
  </w:style>
  <w:style w:type="paragraph" w:customStyle="1" w:styleId="ClauseBody">
    <w:name w:val="ClauseBody"/>
    <w:basedOn w:val="a0"/>
    <w:pPr>
      <w:keepLines/>
      <w:spacing w:after="80"/>
    </w:pPr>
  </w:style>
  <w:style w:type="paragraph" w:customStyle="1" w:styleId="SmallNote">
    <w:name w:val="SmallNote"/>
    <w:basedOn w:val="a0"/>
    <w:pPr>
      <w:spacing w:before="40" w:after="80"/>
    </w:pPr>
    <w:rPr>
      <w:color w:val="666666"/>
      <w:sz w:val="17"/>
    </w:rPr>
  </w:style>
  <w:style w:type="character" w:styleId="aff8">
    <w:name w:val="Hyperlink"/>
    <w:basedOn w:val="a1"/>
    <w:uiPriority w:val="99"/>
    <w:unhideWhenUsed/>
    <w:rsid w:val="00B847EF"/>
    <w:rPr>
      <w:color w:val="0000FF" w:themeColor="hyperlink"/>
      <w:u w:val="single"/>
    </w:rPr>
  </w:style>
  <w:style w:type="character" w:styleId="aff9">
    <w:name w:val="Unresolved Mention"/>
    <w:basedOn w:val="a1"/>
    <w:uiPriority w:val="99"/>
    <w:semiHidden/>
    <w:unhideWhenUsed/>
    <w:rsid w:val="00B84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web.ru/event/yubileyniy-urologicheskiy-motoprobeg-nauchniy-most-20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ktoriashade@urowe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1267</Words>
  <Characters>9635</Characters>
  <Application>Microsoft Office Word</Application>
  <DocSecurity>0</DocSecurity>
  <Lines>185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Согласие участника мотопробега</vt:lpstr>
      <vt:lpstr/>
    </vt:vector>
  </TitlesOfParts>
  <Manager/>
  <Company/>
  <LinksUpToDate>false</LinksUpToDate>
  <CharactersWithSpaces>10817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участника мотопробега</dc:title>
  <dc:subject>Правила безопасности, принятие рисков и личная ответственность</dc:subject>
  <dc:creator>Виктория Шадеркина</dc:creator>
  <cp:keywords>мотопробег; безопасность; ПДД; согласие участника</cp:keywords>
  <dc:description>generated by python-docx</dc:description>
  <cp:lastModifiedBy>Виктория Шадеркина</cp:lastModifiedBy>
  <cp:revision>3</cp:revision>
  <dcterms:created xsi:type="dcterms:W3CDTF">2026-08-27T06:10:00Z</dcterms:created>
  <dcterms:modified xsi:type="dcterms:W3CDTF">2026-08-27T09:09:00Z</dcterms:modified>
  <cp:category/>
</cp:coreProperties>
</file>